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sz w:val="18"/>
        </w:rPr>
        <w:t>MUSK TODAY</w:t>
      </w:r>
    </w:p>
    <w:p>
      <w:pPr/>
      <w:r>
        <w:rPr>
          <w:b/>
          <w:sz w:val="44"/>
        </w:rPr>
        <w:t>马斯克今日推</w:t>
      </w:r>
    </w:p>
    <w:p>
      <w:pPr/>
      <w:r>
        <w:rPr>
          <w:sz w:val="18"/>
        </w:rPr>
        <w:t>第 13 期 · 2026.09.26</w:t>
      </w:r>
    </w:p>
    <w:p>
      <w:pPr>
        <w:pStyle w:val="Title"/>
      </w:pPr>
      <w:r>
        <w:t>马斯克说6个月后反超OpenAI，他先亮出了显卡清单</w:t>
      </w:r>
    </w:p>
    <w:p>
      <w:pPr/>
      <w:r>
        <w:t>9月25日，有网友断言xAI快要掉队。马斯克回复时给出一条时间表：这支AI团队成立才3年，Anthropic和OpenAI分别是6年和10年，如果“二阶导”保持强劲，SpaceX将在约6个月后跑到第一。同一天，他还把两座算力中心里的显卡型号和数量逐条列了出来。</w:t>
      </w:r>
    </w:p>
    <w:p>
      <w:pPr>
        <w:pStyle w:val="Heading1"/>
      </w:pPr>
      <w:r>
        <w:t>① 现场 / 原帖</w:t>
      </w:r>
    </w:p>
    <w:p>
      <w:pPr/>
      <w:r>
        <w:t>北京时间9月25日下午，马斯克回应网友@vasalex93“再过两三个月，Anthropic和OpenAI就会有更强的东西”的判断，列出三条理由。这篇帖文目前的浏览量超过500万。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104956" cy="39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帖截图_马斯克_6个月反超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04956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sz w:val="18"/>
        </w:rPr>
        <w:t>马斯克9月25日的回复；页面显示浏览量为500万次。</w:t>
      </w:r>
    </w:p>
    <w:p>
      <w:pPr/>
      <w:r>
        <w:t>“1. We will keep accelerating. Our AI efforts are only 3 years old, vs 6 and 10 years old for Anthropic and OpenAI. If our second derivative remains strong, SpaceX will reach pole position in about 6 months.”</w:t>
        <w:br/>
        <w:t>“1. 我们会继续加速。我们的AI业务只有3岁，Anthropic和OpenAI已经6年和10年。如果二阶导保持强劲，SpaceX将在约6个月后到达第一位。”</w:t>
      </w:r>
    </w:p>
    <w:p>
      <w:pPr/>
      <w:r>
        <w:t>他接着补了两条理由：智能一旦远超某类任务所需的水准，再往上加就没有意义；把海量算力快速上线极其困难，而SpaceX在这方面的能力只会更强。后一条的原话更直白：“你不需要（也不该残忍到）给烤面包机装上牛顿级别的智能。”</w:t>
      </w:r>
    </w:p>
    <w:p>
      <w:pPr/>
      <w:r>
        <w:rPr>
          <w:sz w:val="18"/>
        </w:rPr>
        <w:t>马斯克公开帖文，2026年9月25日；中文为整理翻译。</w:t>
      </w:r>
    </w:p>
    <w:p>
      <w:pPr/>
      <w:r>
        <w:t>同一天，他在另一条回复里列出自己手里的算力清单。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184000" cy="319082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帖截图_马斯克_显卡清单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31908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sz w:val="18"/>
        </w:rPr>
        <w:t>马斯克列出的Colossus 1／2显卡清单。</w:t>
      </w:r>
    </w:p>
    <w:p>
      <w:pPr/>
      <w:r>
        <w:t>“Colossus 1 is 150k H100, 50k H200 and 30k GB200. Colossus 2 is 110k GB200 and 440k GB300. Another 220k GB300 will be fully operational next week and another 220k in November. If we get lucky, yet another 220k GB300 by late December.”</w:t>
        <w:br/>
        <w:t>“Colossus 1有15万张H100、5万张H200和3万张GB200。Colossus 2有11万张GB200和44万张GB300。下周还会有22万张GB300投入运行，11月再添22万张。如果顺利，12月底还能再来22万张GB300。”</w:t>
      </w:r>
    </w:p>
    <w:p>
      <w:pPr/>
      <w:r>
        <w:rPr>
          <w:sz w:val="18"/>
        </w:rPr>
        <w:t>马斯克公开帖文，2026年9月25日；上述数量为马斯克自述，中文为整理翻译。</w:t>
      </w:r>
    </w:p>
    <w:p>
      <w:pPr>
        <w:pStyle w:val="Heading1"/>
      </w:pPr>
      <w:r>
        <w:t>② 要点速览</w:t>
      </w:r>
    </w:p>
    <w:p>
      <w:pPr>
        <w:pStyle w:val="Heading2"/>
      </w:pPr>
      <w:r>
        <w:t>01  给出来的是一张时间表</w:t>
      </w:r>
    </w:p>
    <w:p>
      <w:pPr/>
      <w:r>
        <w:t>原话是“reach pole position in about 6 months”，约6个月后到达第一位。这是对未来位置的预测。</w:t>
      </w:r>
    </w:p>
    <w:p>
      <w:pPr/>
      <w:r>
        <w:t>他给的理由是“二阶导”仍然强劲，也就是加速还在加快。这一项无法从外部核实，只能等产品和评测结果。</w:t>
      </w:r>
    </w:p>
    <w:p>
      <w:pPr>
        <w:pStyle w:val="Heading2"/>
      </w:pPr>
      <w:r>
        <w:t>02  底气写在显卡清单里</w:t>
      </w:r>
    </w:p>
    <w:p>
      <w:pPr/>
      <w:r>
        <w:t>按他的说法，两座集群合计已有15万张H100、5万张H200、3万张GB200、11万张GB200、44万张GB300。</w:t>
      </w:r>
    </w:p>
    <w:p>
      <w:pPr/>
      <w:r>
        <w:t>接下来是三批GB300：下周22万张投入运行，11月再22万张，顺利的话12月底再22万张。届时Colossus 2的GB300数量将从44万张升到110万张。</w:t>
      </w:r>
    </w:p>
    <w:p>
      <w:pPr/>
      <w:r>
        <w:t>有网友追问为什么数字总是11万的倍数，他解释：这是中央交换机上能插的光纤数量决定的。</w:t>
      </w:r>
    </w:p>
    <w:p>
      <w:pPr>
        <w:pStyle w:val="Heading2"/>
      </w:pPr>
      <w:r>
        <w:t>03  “第一”有好几种口径</w:t>
      </w:r>
    </w:p>
    <w:p>
      <w:pPr/>
      <w:r>
        <w:t>榜单排名、模型能力、用户规模、收入体量是四件事。马斯克原文用的是赛车里的“杆位”，指排在最前面。</w:t>
      </w:r>
    </w:p>
    <w:p>
      <w:pPr/>
      <w:r>
        <w:t>他在前一天的帖子里说，2到3个月内可能做出“Fable/GPT-6级别”的模型。这是他的预期，目前没有公开评测可以对照。</w:t>
      </w:r>
    </w:p>
    <w:p>
      <w:pPr>
        <w:pStyle w:val="Heading2"/>
      </w:pPr>
      <w:r>
        <w:t>04  名字先对齐：xAI已经并入SpaceX</w:t>
      </w:r>
    </w:p>
    <w:p>
      <w:pPr/>
      <w:r>
        <w:t>xAI在2026年2月并入SpaceX，7月完成更名，现在的对外名称是SpaceXAI。马斯克在帖文里直接用“SpaceX”指这支AI团队。</w:t>
      </w:r>
    </w:p>
    <w:p>
      <w:pPr/>
      <w:r>
        <w:t>同一座集群还在对外出租算力。公开报道提到，Anthropic在相邻的Colossus 1上运行任务，Google也拿走了约11万张GPU的容量。</w:t>
      </w:r>
    </w:p>
    <w:p>
      <w:pPr>
        <w:pStyle w:val="Heading1"/>
      </w:pPr>
      <w:r>
        <w:t>③ 评论区</w:t>
      </w:r>
    </w:p>
    <w:p>
      <w:pPr>
        <w:pStyle w:val="Heading2"/>
      </w:pPr>
      <w:r>
        <w:t>看好的一边：硬件速度是SpaceX的强项</w:t>
      </w:r>
    </w:p>
    <w:p>
      <w:pPr/>
      <w:r>
        <w:t>支持的声音集中在一件事上：把一个集群做到这个规模、还能快速通电，本身就是罕见的工程能力。回复里最干脆的一条是“Grok会赢”，也有人写下“永远不要赌马斯克会输”。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184000" cy="37927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评论截图_FlushCityGC_Grok会赢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37927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sz w:val="18"/>
        </w:rPr>
        <w:t>网友@FlushCityGC的回复，浏览量为4300次。</w:t>
      </w:r>
    </w:p>
    <w:p>
      <w:pPr>
        <w:pStyle w:val="Heading2"/>
      </w:pPr>
      <w:r>
        <w:t>不看好的一边：这句话有历史记录</w:t>
      </w:r>
    </w:p>
    <w:p>
      <w:pPr/>
      <w:r>
        <w:t>质疑集中在马斯克的兑现记录上。一条配了动图的回复写道：“‘6个月到第一’——说这话的人，2020年也承诺过完全自动驾驶的出租车。”这条回复被浏览5800次。另一条反问：为什么SpaceX有世界上最好的软件开发者，模型却是最差的？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33545" cy="39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评论截图_Homerasm_翻出2020年旧账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33545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sz w:val="18"/>
        </w:rPr>
        <w:t>网友@Homerasm的回复与配图（原动图），浏览量为5800次。</w:t>
      </w:r>
    </w:p>
    <w:p>
      <w:pPr>
        <w:pStyle w:val="Heading2"/>
      </w:pPr>
      <w:r>
        <w:t>也有人把两个话题接到一起</w:t>
      </w:r>
    </w:p>
    <w:p>
      <w:pPr/>
      <w:r>
        <w:t>一条回复把当天的两条帖文串了起来：“烤面包机不需要牛顿，轨道上的数据中心可能需要。”地面上的算力在拼电力和规模，下一步的问题是能不能搬出大气层。</w:t>
      </w:r>
    </w:p>
    <w:p>
      <w:pPr>
        <w:pStyle w:val="Heading1"/>
      </w:pPr>
      <w:r>
        <w:t>④ 把6个月当成一张对账单</w:t>
      </w:r>
    </w:p>
    <w:p>
      <w:pPr/>
      <w:r>
        <w:t>把三条回复放在一起看，马斯克交出来的是一份可以逐项核对的赌注。显卡的型号、数量、通电月份都写清楚了，只有“6个月到第一”没有中间刻度，它是关于位置的预测。</w:t>
      </w:r>
    </w:p>
    <w:p>
      <w:pPr/>
      <w:r>
        <w:t>这句话能不能算数，要看后面几个月有没有可核对的变化：三批GB300是否按他说的日期通电，模型在公开评测里的分数有没有实质变化，Grok在编程、智能体这类真实任务里的完成度是否提升。这几项动了，6个月是从表态变成预测；如果只是在榜单上领先一周，它仍然只是一次倒计时。</w:t>
      </w:r>
    </w:p>
    <w:p>
      <w:pPr/>
      <w:r>
        <w:t>到2027年一季度回看这组帖子，如果硬件按期通电、能力也有可验证的提升，这句话该被记成一次准确的预判；如果如期未至，它就会和2020年的完全自动驾驶一样，成为下一次被翻出来的旧账。</w:t>
      </w:r>
    </w:p>
    <w:p>
      <w:pPr/>
      <w:r>
        <w:rPr>
          <w:sz w:val="18"/>
        </w:rPr>
        <w:t>马斯克今日推｜追踪一条值得看的公开表态，把原话、要点、讨论和事件判断放在一起。</w:t>
      </w:r>
    </w:p>
    <w:p>
      <w:pPr/>
      <w:r>
        <w:rPr>
          <w:sz w:val="18"/>
        </w:rPr>
        <w:t>太空与网络 · AI × 航天</w:t>
      </w:r>
    </w:p>
    <w:p>
      <w:pPr/>
      <w:r>
        <w:rPr>
          <w:sz w:val="18"/>
        </w:rPr>
        <w:t>资料来源：马斯克及相关机构公开信息；图片与视频为公开帖文内容；中文引文为整理翻译。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8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60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